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28"/>
        </w:rPr>
        <w:t>[KOP PERANGKAT DAERAH]</w:t>
      </w:r>
    </w:p>
    <w:p>
      <w:pPr>
        <w:spacing w:after="40"/>
        <w:jc w:val="center"/>
      </w:pPr>
      <w:r>
        <w:rPr>
          <w:b w:val="0"/>
          <w:i w:val="0"/>
          <w:sz w:val="18"/>
        </w:rPr>
        <w:t>[Nama Perangkat Daerah, alamat, telepon, email dinas]</w:t>
      </w:r>
    </w:p>
    <w:p>
      <w:pPr>
        <w:pBdr>
          <w:bottom w:val="single" w:sz="12" w:space="1" w:color="000000"/>
        </w:pBdr>
        <w:spacing w:after="160"/>
      </w:pPr>
    </w:p>
    <w:p>
      <w:pPr>
        <w:jc w:val="right"/>
      </w:pPr>
      <w:r>
        <w:rPr>
          <w:b w:val="0"/>
          <w:i w:val="0"/>
        </w:rPr>
        <w:t>[Tempat], [tanggal bulan tahun]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417"/>
          </w:tcPr>
          <w:p>
            <w:pPr>
              <w:spacing w:after="0"/>
            </w:pPr>
            <w:r>
              <w:t>Nomor</w:t>
            </w:r>
          </w:p>
        </w:tc>
        <w:tc>
          <w:tcPr>
            <w:tcW w:type="dxa" w:w="283"/>
          </w:tcPr>
          <w:p>
            <w:pPr>
              <w:spacing w:after="0"/>
            </w:pPr>
            <w:r>
              <w:t>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t>[NOMOR SURAT]</w:t>
            </w:r>
          </w:p>
        </w:tc>
      </w:tr>
      <w:tr>
        <w:tc>
          <w:tcPr>
            <w:tcW w:type="dxa" w:w="1417"/>
          </w:tcPr>
          <w:p>
            <w:pPr>
              <w:spacing w:after="0"/>
            </w:pPr>
            <w:r>
              <w:t>Lampiran</w:t>
            </w:r>
          </w:p>
        </w:tc>
        <w:tc>
          <w:tcPr>
            <w:tcW w:type="dxa" w:w="283"/>
          </w:tcPr>
          <w:p>
            <w:pPr>
              <w:spacing w:after="0"/>
            </w:pPr>
            <w:r>
              <w:t>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t>[JUMLAH] berkas</w:t>
            </w:r>
          </w:p>
        </w:tc>
      </w:tr>
      <w:tr>
        <w:tc>
          <w:tcPr>
            <w:tcW w:type="dxa" w:w="1417"/>
          </w:tcPr>
          <w:p>
            <w:pPr>
              <w:spacing w:after="0"/>
            </w:pPr>
            <w:r>
              <w:t>Perihal</w:t>
            </w:r>
          </w:p>
        </w:tc>
        <w:tc>
          <w:tcPr>
            <w:tcW w:type="dxa" w:w="283"/>
          </w:tcPr>
          <w:p>
            <w:pPr>
              <w:spacing w:after="0"/>
            </w:pPr>
            <w:r>
              <w:t>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t>Permohonan Layanan Keamanan Siber</w:t>
            </w:r>
          </w:p>
        </w:tc>
      </w:tr>
    </w:tbl>
    <w:p>
      <w:pPr>
        <w:spacing w:after="80"/>
      </w:pPr>
    </w:p>
    <w:p>
      <w:pPr>
        <w:spacing w:after="0"/>
      </w:pPr>
      <w:r>
        <w:rPr>
          <w:b w:val="0"/>
          <w:i w:val="0"/>
        </w:rPr>
        <w:t>Yth. Kepala Dinas Komunikasi, Informatika, Statistik dan Persandian Kabupaten Kutai Timur</w:t>
      </w:r>
    </w:p>
    <w:p>
      <w:pPr>
        <w:spacing w:after="0"/>
      </w:pPr>
      <w:r>
        <w:rPr>
          <w:b w:val="0"/>
          <w:i w:val="0"/>
        </w:rPr>
        <w:t>selaku Ketua KUTIM-CSIRT</w:t>
      </w:r>
    </w:p>
    <w:p>
      <w:pPr>
        <w:spacing w:after="200"/>
      </w:pPr>
      <w:r>
        <w:rPr>
          <w:b w:val="0"/>
          <w:i w:val="0"/>
        </w:rPr>
        <w:t>di Sangatta</w:t>
      </w:r>
    </w:p>
    <w:p>
      <w:r>
        <w:rPr>
          <w:b w:val="0"/>
          <w:i w:val="0"/>
        </w:rPr>
        <w:t>Dengan hormat,</w:t>
      </w:r>
    </w:p>
    <w:p>
      <w:pPr>
        <w:jc w:val="both"/>
      </w:pPr>
      <w:r>
        <w:rPr>
          <w:b w:val="0"/>
          <w:i w:val="0"/>
        </w:rPr>
        <w:t>Dalam rangka menjaga keamanan sistem elektronik di lingkungan [NAMA PERANGKAT DAERAH], dengan ini kami mengajukan permohonan layanan keamanan kepada KUTIM-CSIRT dengan rincian sebagai berikut.</w:t>
      </w:r>
    </w:p>
    <w:p>
      <w:pPr>
        <w:pStyle w:val="Heading2"/>
      </w:pPr>
      <w:r>
        <w:t>1. Jenis layanan yang dimohonkan (centang)</w:t>
      </w:r>
    </w:p>
    <w:p>
      <w:pPr>
        <w:spacing w:after="60"/>
        <w:ind w:left="340" w:hanging="340"/>
      </w:pPr>
      <w:r>
        <w:t>☐  Vulnerability assessment</w:t>
      </w:r>
    </w:p>
    <w:p>
      <w:pPr>
        <w:spacing w:after="60"/>
        <w:ind w:left="340" w:hanging="340"/>
      </w:pPr>
      <w:r>
        <w:t>☐  Pentest</w:t>
      </w:r>
    </w:p>
    <w:p>
      <w:pPr>
        <w:spacing w:after="60"/>
        <w:ind w:left="340" w:hanging="340"/>
      </w:pPr>
      <w:r>
        <w:t>☐  Asesmen keamanan (konfigurasi, arsitektur, atau tata kelola)</w:t>
      </w:r>
    </w:p>
    <w:p>
      <w:pPr>
        <w:spacing w:after="60"/>
        <w:ind w:left="340" w:hanging="340"/>
      </w:pPr>
      <w:r>
        <w:t>☐  Analisis sampel malware</w:t>
      </w:r>
    </w:p>
    <w:p>
      <w:pPr>
        <w:spacing w:after="60"/>
        <w:ind w:left="340" w:hanging="340"/>
      </w:pPr>
      <w:r>
        <w:t>☐  Analisis log</w:t>
      </w:r>
    </w:p>
    <w:p>
      <w:pPr>
        <w:spacing w:after="60"/>
        <w:ind w:left="340" w:hanging="340"/>
      </w:pPr>
      <w:r>
        <w:t>☐  Konsultasi</w:t>
      </w:r>
    </w:p>
    <w:p>
      <w:pPr>
        <w:spacing w:after="60"/>
        <w:ind w:left="340" w:hanging="340"/>
      </w:pPr>
      <w:r>
        <w:t>☐  Asistensi / bimtek</w:t>
      </w:r>
    </w:p>
    <w:p>
      <w:pPr>
        <w:spacing w:after="60"/>
        <w:ind w:left="340" w:hanging="340"/>
      </w:pPr>
      <w:r>
        <w:t>☐  Retest atas laporan hasil nomor [NOMOR LAPORAN] tanggal [TANGGAL]</w:t>
      </w:r>
    </w:p>
    <w:p>
      <w:pPr>
        <w:pStyle w:val="Heading2"/>
      </w:pPr>
      <w:r>
        <w:t>2. Sistem / aset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567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No</w:t>
            </w:r>
          </w:p>
        </w:tc>
        <w:tc>
          <w:tcPr>
            <w:tcW w:type="dxa" w:w="226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Nama sistem / aset</w:t>
            </w:r>
          </w:p>
        </w:tc>
        <w:tc>
          <w:tcPr>
            <w:tcW w:type="dxa" w:w="255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URL / alamat IP</w:t>
            </w:r>
          </w:p>
        </w:tc>
        <w:tc>
          <w:tcPr>
            <w:tcW w:type="dxa" w:w="1984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Pemilik / pengelola</w:t>
            </w:r>
          </w:p>
        </w:tc>
        <w:tc>
          <w:tcPr>
            <w:tcW w:type="dxa" w:w="170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Keterangan</w:t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226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SISTEM]</w:t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[https://... atau IP]</w:t>
            </w:r>
          </w:p>
        </w:tc>
        <w:tc>
          <w:tcPr>
            <w:tcW w:type="dxa" w:w="198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[PERANGKAT DAERAH / PIHAK KETIGA]</w:t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[produksi / staging]</w:t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26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98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26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98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>
      <w:pPr>
        <w:spacing w:after="40"/>
      </w:pPr>
    </w:p>
    <w:p>
      <w:r>
        <w:rPr>
          <w:b w:val="0"/>
          <w:i/>
          <w:sz w:val="18"/>
        </w:rPr>
        <w:t>Bila aset dikembangkan atau di-hosting oleh pihak ketiga, lampirkan izin dari pihak ketiga tersebut.</w:t>
      </w:r>
    </w:p>
    <w:p>
      <w:pPr>
        <w:pStyle w:val="Heading2"/>
      </w:pPr>
      <w:r>
        <w:t>3. Tujuan atau latar belakang permohonan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1417" w:hRule="atLeast"/>
        </w:trP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Uraian singkat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[Mis. sistem baru akan diluncurkan, ada perubahan besar, ada dugaan kerentanan, atau permintaan bimtek bagi pengelola sistem]</w:t>
            </w:r>
          </w:p>
        </w:tc>
      </w:tr>
    </w:tbl>
    <w:p>
      <w:pPr>
        <w:spacing w:after="40"/>
      </w:pPr>
    </w:p>
    <w:p>
      <w:pPr>
        <w:pStyle w:val="Heading2"/>
      </w:pPr>
      <w:r>
        <w:t>4. Jadwal yang diusulkan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Tanggal mulai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[TANGGAL]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Tanggal selesai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[TANGGAL]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Jam pelaksanaan (WITA)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[JAM MULAI] sampai [JAM SELESAI]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Waktu yang perlu dihindari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[Mis. jam sibuk layanan atau jadwal pemeliharaan]</w:t>
            </w:r>
          </w:p>
        </w:tc>
      </w:tr>
    </w:tbl>
    <w:p>
      <w:pPr>
        <w:spacing w:after="40"/>
      </w:pPr>
    </w:p>
    <w:p>
      <w:pPr>
        <w:pStyle w:val="Heading2"/>
      </w:pPr>
      <w:r>
        <w:t>5. Narahubung teknis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Nama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LENGKAP]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Jabatan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[JABATAN]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Email dinas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[ALAMAT EMAIL]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Nomor telepon / HP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[NOMOR TELEPON]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  <w:i w:val="0"/>
        </w:rPr>
        <w:t>Kami memahami bahwa vulnerability assessment, pentest, dan asesmen keamanan baru dilaksanakan setelah Persetujuan Pengujian Keamanan ditandatangani oleh kami selaku pemilik sistem dan oleh KUTIM-CSIRT, dan bahwa laporan hasil berlabel TLP:AMBER.</w:t>
      </w:r>
    </w:p>
    <w:p>
      <w:pPr>
        <w:spacing w:after="280"/>
        <w:jc w:val="both"/>
      </w:pPr>
      <w:r>
        <w:rPr>
          <w:b w:val="0"/>
          <w:i w:val="0"/>
        </w:rPr>
        <w:t>Demikian permohonan ini kami sampaikan. Atas perhatian dan kerja samanya, kami ucapkan terima kasih.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252"/>
          </w:tcPr>
          <w:p/>
        </w:tc>
        <w:tc>
          <w:tcPr>
            <w:tcW w:type="dxa" w:w="4819"/>
          </w:tcPr>
          <w:p>
            <w:pPr>
              <w:spacing w:after="0"/>
              <w:jc w:val="center"/>
            </w:pPr>
            <w:r/>
            <w:r>
              <w:t>Kepala [NAMA PERANGKAT DAERAH]</w:t>
            </w:r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>
              <w:rPr>
                <w:i/>
                <w:sz w:val="18"/>
              </w:rPr>
              <w:t>[tanda tangan dan stempel]</w:t>
            </w:r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>
              <w:rPr>
                <w:b/>
                <w:u w:val="single"/>
              </w:rPr>
              <w:t>[NAMA LENGKAP]</w:t>
            </w:r>
          </w:p>
          <w:p>
            <w:pPr>
              <w:spacing w:after="0"/>
              <w:jc w:val="center"/>
            </w:pPr>
            <w:r>
              <w:t>[PANGKAT / GOLONGAN]</w:t>
            </w:r>
          </w:p>
          <w:p>
            <w:pPr>
              <w:spacing w:after="0"/>
              <w:jc w:val="center"/>
            </w:pPr>
            <w:r>
              <w:t>NIP [NIP]</w:t>
            </w:r>
          </w:p>
        </w:tc>
      </w:tr>
    </w:tbl>
    <w:p>
      <w:pPr>
        <w:spacing w:after="200"/>
      </w:pPr>
    </w:p>
    <w:p>
      <w:pPr>
        <w:spacing w:after="0"/>
      </w:pPr>
      <w:r>
        <w:rPr>
          <w:b/>
          <w:i w:val="0"/>
        </w:rPr>
        <w:t>Lampiran:</w:t>
      </w:r>
    </w:p>
    <w:p>
      <w:pPr>
        <w:spacing w:after="0"/>
      </w:pPr>
      <w:r>
        <w:rPr>
          <w:b w:val="0"/>
          <w:i w:val="0"/>
        </w:rPr>
        <w:t>1. [Izin pihak ketiga pengelola aset, bila ada]</w:t>
      </w:r>
    </w:p>
    <w:p>
      <w:pPr>
        <w:spacing w:after="160"/>
      </w:pPr>
      <w:r>
        <w:rPr>
          <w:b w:val="0"/>
          <w:i w:val="0"/>
        </w:rPr>
        <w:t>2. [Dokumen pendukung lain, bila ada]</w:t>
      </w:r>
    </w:p>
    <w:p>
      <w:pPr>
        <w:spacing w:after="160"/>
      </w:pPr>
      <w:r>
        <w:rPr>
          <w:b w:val="0"/>
          <w:i w:val="0"/>
        </w:rPr>
        <w:t>Tembusan: [bila ada]</w:t>
      </w:r>
    </w:p>
    <w:p>
      <w:r>
        <w:rPr>
          <w:b w:val="0"/>
          <w:i/>
          <w:sz w:val="18"/>
        </w:rPr>
        <w:t>Surat dikirim dalam bentuk pindaian PDF ke csirt@kutaitimurkab.go.id. KUTIM-CSIRT mengirim konfirmasi dan jadwal paling lambat 3 hari kerja sejak permohonan diterima.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KUTIM-CSIRT · versi 1.0 · 5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76" w:lineRule="auto"/>
    </w:pPr>
    <w:rPr>
      <w:rFonts w:ascii="Arial" w:hAnsi="Arial" w:cs="Arial" w:eastAsia="Arial"/>
      <w:sz w:val="2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Arial" w:hAnsi="Arial" w:cs="Arial" w:eastAsia="Arial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rial" w:hAnsi="Arial" w:cs="Arial" w:eastAsia="Arial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Permohonan Layanan Keamanan</dc:title>
  <dc:subject/>
  <dc:creator>KUTIM-CSIRT</dc:creator>
  <cp:keywords/>
  <dc:description>Template versi 1.0, 5 Oktober 2026</dc:description>
  <cp:lastModifiedBy/>
  <cp:revision>1</cp:revision>
  <dcterms:created xsi:type="dcterms:W3CDTF">2013-12-23T23:15:00Z</dcterms:created>
  <dcterms:modified xsi:type="dcterms:W3CDTF">2013-12-23T23:15:00Z</dcterms:modified>
  <cp:category/>
  <dc:language>id-ID</dc:language>
</cp:coreProperties>
</file>